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בנושא היכרות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סיפורו של דניאל שעלה מארגנטינה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היכרות פשוטים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קצת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אם הוא רוצה לשחק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דניאל עלה לישראל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יואב שאל את דניאל אם הוא רוצה לשחק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דניאל הרגיש קצת עצוב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(ילדה שלומדת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(מישהו שמשחקים ושמחים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גדול שגרים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(לדעת מי זה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דניאל עלה לישראל מארגנטינה עם המשפחה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דניאל הגיע ליום הראשון בבית הספר והרגיש קצת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יואב ניגש אליו ושאל אם הוא רוצה לשחק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דניאל ויואב נעשו חברים הכי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ברורים הכוללים שם, ארץ מוצא ותחביב, בעברית פשוטה ותקינה.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ארגנטינה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הוא רוצה לשחק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התרגילים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לתרגל קודם את אוצר המילים עם תמונות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לתלמידים לשתף את המשפטים שלהם בעל פה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קראו את הסיפור על דניאל, ילד שעלה לישראל מארגנטינה, והשלימו את התרגילים בנושא היכרות ושלום.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ארץ בא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שפה דיבר דניאל בארגנטינה?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בן כמה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הרגיש דניאל ביום הראשון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קצת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מפוחד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יואב שאל את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קוראים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הוא רוצה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מאיפה הוא 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 כמה הוא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עלה לישראל מספרד.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הזמין את דניאל לשחק 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הרגיש שמח מאוד ביום הראשון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נעשה החבר הכי טוב של דניאל.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אני דניאל. אני בן תשע.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עכשיו יואב הוא ה__________ הכי טוב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באתי לישראל __________ עם המשפחה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בארגנטינה דיברתי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עכשיו אני לומד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גדול שגרים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שמשחקים ושמחים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ילדה שלומדת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לדעת מי זה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 שלומד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הגיע ליום הראשון בבית הספר והרגיש קצת עצוב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עלה לישראל מארגנטינה עם המשפחה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ויואב נעשו חברים הכי טובים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ניגש אליו ושאל אם הוא רוצה לשחק כדורגל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על עצמכם: איך קוראים לי, מאיפה באתי, ומה אני אוהב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ארץ בא דניאל?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יואב שאל את דניאל?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אחד: איך קוראים 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